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792"/>
        <w:tblInd w:w="0" w:type="dxa"/>
        <w:tblLayout w:type="fixed"/>
        <w:tblLook w:firstColumn="1" w:firstRow="1" w:lastColumn="0" w:lastRow="0" w:noHBand="0" w:noVBand="1" w:val="04A0"/>
      </w:tblPr>
      <w:tblGrid>
        <w:gridCol w:w="5616"/>
        <w:gridCol w:w="4176"/>
      </w:tblGrid>
      <w:tr>
        <w:tc>
          <w:tcPr>
            <w:tcW w:type="dxa" w:w="561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60" w:line="276" w:lineRule="auto"/>
            </w:pPr>
            <w:r>
              <w:rPr>
                <w:rFonts w:ascii="Arial" w:hAnsi="Arial" w:eastAsia="Arial" w:cs="Arial"/>
                <w:b/>
                <w:i w:val="0"/>
                <w:color w:val="1F2937"/>
                <w:sz w:val="28"/>
              </w:rPr>
              <w:t>[Your Business Name]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4B5563"/>
                <w:sz w:val="19"/>
              </w:rPr>
              <w:t>[Street address]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4B5563"/>
                <w:sz w:val="19"/>
              </w:rPr>
              <w:t>[City, State / Region, Postal code]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4B5563"/>
                <w:sz w:val="19"/>
              </w:rPr>
              <w:t>[Country]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4B5563"/>
                <w:sz w:val="19"/>
              </w:rPr>
              <w:t>[Email]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4B5563"/>
                <w:sz w:val="19"/>
              </w:rPr>
              <w:t>[Phone]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4B5563"/>
                <w:sz w:val="19"/>
              </w:rPr>
              <w:t>Tax ID / VAT: [Number]</w:t>
            </w:r>
          </w:p>
        </w:tc>
        <w:tc>
          <w:tcPr>
            <w:tcW w:type="dxa" w:w="417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Arial" w:hAnsi="Arial" w:eastAsia="Arial" w:cs="Arial"/>
                <w:b/>
                <w:i w:val="0"/>
                <w:color w:val="4F46E5"/>
                <w:sz w:val="60"/>
              </w:rPr>
              <w:t>INVOICE</w:t>
            </w:r>
          </w:p>
        </w:tc>
      </w:tr>
      <w:tr>
        <w:tc>
          <w:tcPr>
            <w:tcW w:type="dxa" w:w="561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320" w:after="60" w:line="276" w:lineRule="auto"/>
            </w:pPr>
            <w:r>
              <w:rPr>
                <w:rFonts w:ascii="Arial" w:hAnsi="Arial" w:eastAsia="Arial" w:cs="Arial"/>
                <w:b/>
                <w:i w:val="0"/>
                <w:color w:val="4F46E5"/>
                <w:sz w:val="17"/>
              </w:rPr>
              <w:t>BILL TO</w:t>
            </w:r>
          </w:p>
          <w:p>
            <w:pPr>
              <w:spacing w:before="0" w:after="20" w:line="276" w:lineRule="auto"/>
            </w:pPr>
            <w:r>
              <w:rPr>
                <w:rFonts w:ascii="Arial" w:hAnsi="Arial" w:eastAsia="Arial" w:cs="Arial"/>
                <w:b/>
                <w:i w:val="0"/>
                <w:color w:val="1F2937"/>
                <w:sz w:val="22"/>
              </w:rPr>
              <w:t>[Client Name]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4B5563"/>
                <w:sz w:val="19"/>
              </w:rPr>
              <w:t>[Street address]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4B5563"/>
                <w:sz w:val="19"/>
              </w:rPr>
              <w:t>[City, State / Region, Postal code]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4B5563"/>
                <w:sz w:val="19"/>
              </w:rPr>
              <w:t>[Client email]</w:t>
            </w:r>
          </w:p>
        </w:tc>
        <w:tc>
          <w:tcPr>
            <w:tcW w:type="dxa" w:w="417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240" w:after="0" w:line="276" w:lineRule="auto"/>
            </w:pPr>
          </w:p>
          <w:tbl>
            <w:tblPr>
              <w:tblW w:type="dxa" w:w="4176"/>
              <w:tblInd w:w="0" w:type="dxa"/>
              <w:tblLayout w:type="fixed"/>
              <w:tblLook w:firstColumn="1" w:firstRow="1" w:lastColumn="0" w:lastRow="0" w:noHBand="0" w:noVBand="1" w:val="04A0"/>
            </w:tblPr>
            <w:tblGrid>
              <w:gridCol w:w="2016"/>
              <w:gridCol w:w="2160"/>
            </w:tblGrid>
            <w:tr>
              <w:tc>
                <w:tcPr>
                  <w:tcW w:type="dxa" w:w="201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pPr>
                    <w:spacing w:before="0" w:after="0" w:line="276" w:lineRule="auto"/>
                    <w:jc w:val="right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6B7280"/>
                      <w:sz w:val="19"/>
                    </w:rPr>
                    <w:t>Invoice no.</w:t>
                  </w:r>
                </w:p>
              </w:tc>
              <w:tc>
                <w:tcPr>
                  <w:tcW w:type="dxa" w:w="216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pPr>
                    <w:spacing w:before="0" w:after="0" w:line="276" w:lineRule="auto"/>
                    <w:jc w:val="right"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1F2937"/>
                      <w:sz w:val="19"/>
                    </w:rPr>
                    <w:t>INV-0001</w:t>
                  </w:r>
                </w:p>
              </w:tc>
            </w:tr>
            <w:tr>
              <w:tc>
                <w:tcPr>
                  <w:tcW w:type="dxa" w:w="201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pPr>
                    <w:spacing w:before="0" w:after="0" w:line="276" w:lineRule="auto"/>
                    <w:jc w:val="right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6B7280"/>
                      <w:sz w:val="19"/>
                    </w:rPr>
                    <w:t>Invoice date</w:t>
                  </w:r>
                </w:p>
              </w:tc>
              <w:tc>
                <w:tcPr>
                  <w:tcW w:type="dxa" w:w="216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pPr>
                    <w:spacing w:before="0" w:after="0" w:line="276" w:lineRule="auto"/>
                    <w:jc w:val="right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1F2937"/>
                      <w:sz w:val="19"/>
                    </w:rPr>
                    <w:t>[Date]</w:t>
                  </w:r>
                </w:p>
              </w:tc>
            </w:tr>
            <w:tr>
              <w:tc>
                <w:tcPr>
                  <w:tcW w:type="dxa" w:w="201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pPr>
                    <w:spacing w:before="0" w:after="0" w:line="276" w:lineRule="auto"/>
                    <w:jc w:val="right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6B7280"/>
                      <w:sz w:val="19"/>
                    </w:rPr>
                    <w:t>Due date</w:t>
                  </w:r>
                </w:p>
              </w:tc>
              <w:tc>
                <w:tcPr>
                  <w:tcW w:type="dxa" w:w="216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pPr>
                    <w:spacing w:before="0" w:after="0" w:line="276" w:lineRule="auto"/>
                    <w:jc w:val="right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1F2937"/>
                      <w:sz w:val="19"/>
                    </w:rPr>
                    <w:t>[Date]</w:t>
                  </w:r>
                </w:p>
              </w:tc>
            </w:tr>
            <w:tr>
              <w:tc>
                <w:tcPr>
                  <w:tcW w:type="dxa" w:w="201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pPr>
                    <w:spacing w:before="0" w:after="0" w:line="276" w:lineRule="auto"/>
                    <w:jc w:val="right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6B7280"/>
                      <w:sz w:val="19"/>
                    </w:rPr>
                    <w:t>Payment terms</w:t>
                  </w:r>
                </w:p>
              </w:tc>
              <w:tc>
                <w:tcPr>
                  <w:tcW w:type="dxa" w:w="216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pPr>
                    <w:spacing w:before="0" w:after="0" w:line="276" w:lineRule="auto"/>
                    <w:jc w:val="right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1F2937"/>
                      <w:sz w:val="19"/>
                    </w:rPr>
                    <w:t>[Net 30]</w:t>
                  </w:r>
                </w:p>
              </w:tc>
            </w:tr>
          </w:tbl>
          <w:p/>
          <w:p>
            <w:pPr>
              <w:spacing w:before="0" w:after="0" w:line="40" w:lineRule="exact"/>
            </w:pPr>
          </w:p>
        </w:tc>
      </w:tr>
    </w:tbl>
    <w:p>
      <w:pPr>
        <w:spacing w:before="0" w:after="200" w:line="276" w:lineRule="auto"/>
      </w:pPr>
    </w:p>
    <w:tbl>
      <w:tblPr>
        <w:tblW w:type="dxa" w:w="9792"/>
        <w:jc w:val="left"/>
        <w:tblInd w:w="0" w:type="dxa"/>
        <w:tblLayout w:type="fixed"/>
        <w:tblLook w:firstColumn="1" w:firstRow="1" w:lastColumn="0" w:lastRow="0" w:noHBand="0" w:noVBand="1" w:val="04A0"/>
      </w:tblPr>
      <w:tblGrid>
        <w:gridCol w:w="5256"/>
        <w:gridCol w:w="1152"/>
        <w:gridCol w:w="1656"/>
        <w:gridCol w:w="1728"/>
      </w:tblGrid>
      <w:tr>
        <w:trPr>
          <w:tblHeader/>
          <w:trHeight w:val="432" w:hRule="atLeast"/>
        </w:trPr>
        <w:tc>
          <w:tcPr>
            <w:tcW w:type="dxa" w:w="5256"/>
            <w:tcBorders>
              <w:top w:val="nil"/>
              <w:left w:val="nil"/>
              <w:bottom w:val="nil"/>
              <w:right w:val="nil"/>
            </w:tcBorders>
            <w:shd w:val="clear" w:color="auto" w:fill="4F46E5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Arial" w:hAnsi="Arial" w:eastAsia="Arial" w:cs="Arial"/>
                <w:b/>
                <w:i w:val="0"/>
                <w:color w:val="FFFFFF"/>
                <w:sz w:val="19"/>
              </w:rPr>
              <w:t>Description</w:t>
            </w:r>
          </w:p>
        </w:tc>
        <w:tc>
          <w:tcPr>
            <w:tcW w:type="dxa" w:w="1152"/>
            <w:tcBorders>
              <w:top w:val="nil"/>
              <w:left w:val="nil"/>
              <w:bottom w:val="nil"/>
              <w:right w:val="nil"/>
            </w:tcBorders>
            <w:shd w:val="clear" w:color="auto" w:fill="4F46E5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>
              <w:rPr>
                <w:rFonts w:ascii="Arial" w:hAnsi="Arial" w:eastAsia="Arial" w:cs="Arial"/>
                <w:b/>
                <w:i w:val="0"/>
                <w:color w:val="FFFFFF"/>
                <w:sz w:val="19"/>
              </w:rPr>
              <w:t>Qty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4F46E5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>
              <w:rPr>
                <w:rFonts w:ascii="Arial" w:hAnsi="Arial" w:eastAsia="Arial" w:cs="Arial"/>
                <w:b/>
                <w:i w:val="0"/>
                <w:color w:val="FFFFFF"/>
                <w:sz w:val="19"/>
              </w:rPr>
              <w:t>Rate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  <w:shd w:val="clear" w:color="auto" w:fill="4F46E5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>
              <w:rPr>
                <w:rFonts w:ascii="Arial" w:hAnsi="Arial" w:eastAsia="Arial" w:cs="Arial"/>
                <w:b/>
                <w:i w:val="0"/>
                <w:color w:val="FFFFFF"/>
                <w:sz w:val="19"/>
              </w:rPr>
              <w:t>Amount</w:t>
            </w:r>
          </w:p>
        </w:tc>
      </w:tr>
      <w:tr>
        <w:trPr>
          <w:trHeight w:val="417" w:hRule="atLeast"/>
        </w:trPr>
        <w:tc>
          <w:tcPr>
            <w:tcW w:type="dxa" w:w="52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152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6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728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trHeight w:val="417" w:hRule="atLeast"/>
        </w:trPr>
        <w:tc>
          <w:tcPr>
            <w:tcW w:type="dxa" w:w="52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152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6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728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trHeight w:val="417" w:hRule="atLeast"/>
        </w:trPr>
        <w:tc>
          <w:tcPr>
            <w:tcW w:type="dxa" w:w="52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152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6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728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trHeight w:val="417" w:hRule="atLeast"/>
        </w:trPr>
        <w:tc>
          <w:tcPr>
            <w:tcW w:type="dxa" w:w="52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152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6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728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trHeight w:val="417" w:hRule="atLeast"/>
        </w:trPr>
        <w:tc>
          <w:tcPr>
            <w:tcW w:type="dxa" w:w="52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152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6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728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trHeight w:val="417" w:hRule="atLeast"/>
        </w:trPr>
        <w:tc>
          <w:tcPr>
            <w:tcW w:type="dxa" w:w="52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152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6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728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trHeight w:val="417" w:hRule="atLeast"/>
        </w:trPr>
        <w:tc>
          <w:tcPr>
            <w:tcW w:type="dxa" w:w="52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152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6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728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trHeight w:val="417" w:hRule="atLeast"/>
        </w:trPr>
        <w:tc>
          <w:tcPr>
            <w:tcW w:type="dxa" w:w="52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152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6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728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trHeight w:val="417" w:hRule="atLeast"/>
        </w:trPr>
        <w:tc>
          <w:tcPr>
            <w:tcW w:type="dxa" w:w="52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152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6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728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trHeight w:val="417" w:hRule="atLeast"/>
        </w:trPr>
        <w:tc>
          <w:tcPr>
            <w:tcW w:type="dxa" w:w="52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152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656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type="dxa" w:w="1728"/>
            <w:tcBorders>
              <w:top w:val="nil"/>
              <w:left w:val="nil"/>
              <w:bottom w:val="single" w:sz="4" w:space="0" w:color="D1D5DB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trHeight w:val="374" w:hRule="atLeast"/>
        </w:trPr>
        <w:tc>
          <w:tcPr>
            <w:tcW w:type="dxa" w:w="5256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/>
        </w:tc>
        <w:tc>
          <w:tcPr>
            <w:tcW w:type="dxa" w:w="115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/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80" w:after="0" w:line="276" w:lineRule="auto"/>
              <w:jc w:val="right"/>
            </w:pPr>
            <w:r>
              <w:rPr>
                <w:rFonts w:ascii="Arial" w:hAnsi="Arial" w:eastAsia="Arial" w:cs="Arial"/>
                <w:b w:val="0"/>
                <w:i w:val="0"/>
                <w:color w:val="6B7280"/>
                <w:sz w:val="19"/>
              </w:rPr>
              <w:t>Subtotal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</w:p>
        </w:tc>
      </w:tr>
      <w:tr>
        <w:trPr>
          <w:trHeight w:val="374" w:hRule="atLeast"/>
        </w:trPr>
        <w:tc>
          <w:tcPr>
            <w:tcW w:type="dxa" w:w="5256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/>
        </w:tc>
        <w:tc>
          <w:tcPr>
            <w:tcW w:type="dxa" w:w="115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/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>
              <w:rPr>
                <w:rFonts w:ascii="Arial" w:hAnsi="Arial" w:eastAsia="Arial" w:cs="Arial"/>
                <w:b w:val="0"/>
                <w:i w:val="0"/>
                <w:color w:val="6B7280"/>
                <w:sz w:val="19"/>
              </w:rPr>
              <w:t>Discount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</w:p>
        </w:tc>
      </w:tr>
      <w:tr>
        <w:trPr>
          <w:trHeight w:val="374" w:hRule="atLeast"/>
        </w:trPr>
        <w:tc>
          <w:tcPr>
            <w:tcW w:type="dxa" w:w="5256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/>
        </w:tc>
        <w:tc>
          <w:tcPr>
            <w:tcW w:type="dxa" w:w="115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/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>
              <w:rPr>
                <w:rFonts w:ascii="Arial" w:hAnsi="Arial" w:eastAsia="Arial" w:cs="Arial"/>
                <w:b w:val="0"/>
                <w:i w:val="0"/>
                <w:color w:val="6B7280"/>
                <w:sz w:val="19"/>
              </w:rPr>
              <w:t>Tax ([rate]%)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</w:p>
        </w:tc>
      </w:tr>
      <w:tr>
        <w:trPr>
          <w:trHeight w:val="518" w:hRule="atLeast"/>
        </w:trPr>
        <w:tc>
          <w:tcPr>
            <w:tcW w:type="dxa" w:w="5256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/>
        </w:tc>
        <w:tc>
          <w:tcPr>
            <w:tcW w:type="dxa" w:w="115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/>
        </w:tc>
        <w:tc>
          <w:tcPr>
            <w:tcW w:type="dxa" w:w="1656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>
              <w:rPr>
                <w:rFonts w:ascii="Arial" w:hAnsi="Arial" w:eastAsia="Arial" w:cs="Arial"/>
                <w:b/>
                <w:i w:val="0"/>
                <w:color w:val="1F2937"/>
                <w:sz w:val="22"/>
              </w:rPr>
              <w:t>Total due</w:t>
            </w:r>
          </w:p>
        </w:tc>
        <w:tc>
          <w:tcPr>
            <w:tcW w:type="dxa" w:w="1728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</w:p>
        </w:tc>
      </w:tr>
    </w:tbl>
    <w:p>
      <w:pPr>
        <w:spacing w:before="0" w:after="280" w:line="276" w:lineRule="auto"/>
      </w:pPr>
    </w:p>
    <w:tbl>
      <w:tblPr>
        <w:tblW w:type="dxa" w:w="9792"/>
        <w:tblInd w:w="0" w:type="dxa"/>
        <w:tblLayout w:type="fixed"/>
        <w:tblLook w:firstColumn="1" w:firstRow="1" w:lastColumn="0" w:lastRow="0" w:noHBand="0" w:noVBand="1" w:val="04A0"/>
      </w:tblPr>
      <w:tblGrid>
        <w:gridCol w:w="4608"/>
        <w:gridCol w:w="5184"/>
      </w:tblGrid>
      <w:tr>
        <w:tc>
          <w:tcPr>
            <w:tcW w:type="dxa" w:w="4608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0" w:type="dxa"/>
            </w:tcMar>
            <w:vAlign w:val="top"/>
          </w:tcPr>
          <w:p>
            <w:pPr>
              <w:spacing w:before="0" w:after="80" w:line="276" w:lineRule="auto"/>
            </w:pPr>
            <w:r>
              <w:rPr>
                <w:rFonts w:ascii="Arial" w:hAnsi="Arial" w:eastAsia="Arial" w:cs="Arial"/>
                <w:b/>
                <w:i w:val="0"/>
                <w:color w:val="4F46E5"/>
                <w:sz w:val="17"/>
              </w:rPr>
              <w:t>NOTES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4B5563"/>
                <w:sz w:val="19"/>
              </w:rPr>
              <w:t>[Anything the client should know: project reference, late payment terms, delivery details.]</w:t>
            </w:r>
          </w:p>
        </w:tc>
        <w:tc>
          <w:tcPr>
            <w:tcW w:type="dxa" w:w="518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80" w:line="276" w:lineRule="auto"/>
            </w:pPr>
            <w:r>
              <w:rPr>
                <w:rFonts w:ascii="Arial" w:hAnsi="Arial" w:eastAsia="Arial" w:cs="Arial"/>
                <w:b/>
                <w:i w:val="0"/>
                <w:color w:val="4F46E5"/>
                <w:sz w:val="17"/>
              </w:rPr>
              <w:t>PAYMENT DETAILS</w:t>
            </w:r>
          </w:p>
          <w:tbl>
            <w:tblPr>
              <w:tblW w:type="dxa" w:w="5184"/>
              <w:tblInd w:w="0" w:type="dxa"/>
              <w:tblLayout w:type="fixed"/>
              <w:tblLook w:firstColumn="1" w:firstRow="1" w:lastColumn="0" w:lastRow="0" w:noHBand="0" w:noVBand="1" w:val="04A0"/>
            </w:tblPr>
            <w:tblGrid>
              <w:gridCol w:w="1656"/>
              <w:gridCol w:w="3528"/>
            </w:tblGrid>
            <w:tr>
              <w:tc>
                <w:tcPr>
                  <w:tcW w:type="dxa" w:w="165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0" w:type="dxa"/>
                    <w:bottom w:w="15" w:type="dxa"/>
                    <w:right w:w="0" w:type="dxa"/>
                  </w:tcMar>
                </w:tcPr>
                <w:p>
                  <w:pPr>
                    <w:spacing w:before="0" w:after="0" w:line="276" w:lineRule="auto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6B7280"/>
                      <w:sz w:val="19"/>
                    </w:rPr>
                    <w:t>Bank</w:t>
                  </w:r>
                </w:p>
              </w:tc>
              <w:tc>
                <w:tcPr>
                  <w:tcW w:type="dxa" w:w="352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0" w:type="dxa"/>
                    <w:bottom w:w="15" w:type="dxa"/>
                    <w:right w:w="0" w:type="dxa"/>
                  </w:tcMar>
                </w:tcPr>
                <w:p>
                  <w:pPr>
                    <w:spacing w:before="0" w:after="0" w:line="276" w:lineRule="auto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1F2937"/>
                      <w:sz w:val="19"/>
                    </w:rPr>
                    <w:t>[Bank name]</w:t>
                  </w:r>
                </w:p>
              </w:tc>
            </w:tr>
            <w:tr>
              <w:tc>
                <w:tcPr>
                  <w:tcW w:type="dxa" w:w="165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0" w:type="dxa"/>
                    <w:bottom w:w="15" w:type="dxa"/>
                    <w:right w:w="0" w:type="dxa"/>
                  </w:tcMar>
                </w:tcPr>
                <w:p>
                  <w:pPr>
                    <w:spacing w:before="0" w:after="0" w:line="276" w:lineRule="auto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6B7280"/>
                      <w:sz w:val="19"/>
                    </w:rPr>
                    <w:t>Account name</w:t>
                  </w:r>
                </w:p>
              </w:tc>
              <w:tc>
                <w:tcPr>
                  <w:tcW w:type="dxa" w:w="352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0" w:type="dxa"/>
                    <w:bottom w:w="15" w:type="dxa"/>
                    <w:right w:w="0" w:type="dxa"/>
                  </w:tcMar>
                </w:tcPr>
                <w:p>
                  <w:pPr>
                    <w:spacing w:before="0" w:after="0" w:line="276" w:lineRule="auto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1F2937"/>
                      <w:sz w:val="19"/>
                    </w:rPr>
                    <w:t>[Account holder]</w:t>
                  </w:r>
                </w:p>
              </w:tc>
            </w:tr>
            <w:tr>
              <w:tc>
                <w:tcPr>
                  <w:tcW w:type="dxa" w:w="165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0" w:type="dxa"/>
                    <w:bottom w:w="15" w:type="dxa"/>
                    <w:right w:w="0" w:type="dxa"/>
                  </w:tcMar>
                </w:tcPr>
                <w:p>
                  <w:pPr>
                    <w:spacing w:before="0" w:after="0" w:line="276" w:lineRule="auto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6B7280"/>
                      <w:sz w:val="19"/>
                    </w:rPr>
                    <w:t>Account / IBAN</w:t>
                  </w:r>
                </w:p>
              </w:tc>
              <w:tc>
                <w:tcPr>
                  <w:tcW w:type="dxa" w:w="352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0" w:type="dxa"/>
                    <w:bottom w:w="15" w:type="dxa"/>
                    <w:right w:w="0" w:type="dxa"/>
                  </w:tcMar>
                </w:tcPr>
                <w:p>
                  <w:pPr>
                    <w:spacing w:before="0" w:after="0" w:line="276" w:lineRule="auto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1F2937"/>
                      <w:sz w:val="19"/>
                    </w:rPr>
                    <w:t>[Account number or IBAN]</w:t>
                  </w:r>
                </w:p>
              </w:tc>
            </w:tr>
            <w:tr>
              <w:tc>
                <w:tcPr>
                  <w:tcW w:type="dxa" w:w="165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0" w:type="dxa"/>
                    <w:bottom w:w="15" w:type="dxa"/>
                    <w:right w:w="0" w:type="dxa"/>
                  </w:tcMar>
                </w:tcPr>
                <w:p>
                  <w:pPr>
                    <w:spacing w:before="0" w:after="0" w:line="276" w:lineRule="auto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6B7280"/>
                      <w:sz w:val="19"/>
                    </w:rPr>
                    <w:t>SWIFT / BIC</w:t>
                  </w:r>
                </w:p>
              </w:tc>
              <w:tc>
                <w:tcPr>
                  <w:tcW w:type="dxa" w:w="352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0" w:type="dxa"/>
                    <w:bottom w:w="15" w:type="dxa"/>
                    <w:right w:w="0" w:type="dxa"/>
                  </w:tcMar>
                </w:tcPr>
                <w:p>
                  <w:pPr>
                    <w:spacing w:before="0" w:after="0" w:line="276" w:lineRule="auto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1F2937"/>
                      <w:sz w:val="19"/>
                    </w:rPr>
                    <w:t>[SWIFT / BIC, sort code or routing no.]</w:t>
                  </w:r>
                </w:p>
              </w:tc>
            </w:tr>
            <w:tr>
              <w:tc>
                <w:tcPr>
                  <w:tcW w:type="dxa" w:w="165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0" w:type="dxa"/>
                    <w:bottom w:w="15" w:type="dxa"/>
                    <w:right w:w="0" w:type="dxa"/>
                  </w:tcMar>
                </w:tcPr>
                <w:p>
                  <w:pPr>
                    <w:spacing w:before="0" w:after="0" w:line="276" w:lineRule="auto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6B7280"/>
                      <w:sz w:val="19"/>
                    </w:rPr>
                    <w:t>Other</w:t>
                  </w:r>
                </w:p>
              </w:tc>
              <w:tc>
                <w:tcPr>
                  <w:tcW w:type="dxa" w:w="352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0" w:type="dxa"/>
                    <w:bottom w:w="15" w:type="dxa"/>
                    <w:right w:w="0" w:type="dxa"/>
                  </w:tcMar>
                </w:tcPr>
                <w:p>
                  <w:pPr>
                    <w:spacing w:before="0" w:after="0" w:line="276" w:lineRule="auto"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1F2937"/>
                      <w:sz w:val="19"/>
                    </w:rPr>
                    <w:t>[Payment link or other instructions]</w:t>
                  </w:r>
                </w:p>
              </w:tc>
            </w:tr>
          </w:tbl>
          <w:p/>
          <w:p>
            <w:pPr>
              <w:spacing w:before="0" w:after="0" w:line="40" w:lineRule="exact"/>
            </w:pPr>
          </w:p>
        </w:tc>
      </w:tr>
    </w:tbl>
    <w:p>
      <w:pPr>
        <w:spacing w:before="440" w:after="0" w:line="276" w:lineRule="auto"/>
      </w:pPr>
      <w:r>
        <w:rPr>
          <w:rFonts w:ascii="Arial" w:hAnsi="Arial" w:eastAsia="Arial" w:cs="Arial"/>
          <w:b/>
          <w:i w:val="0"/>
          <w:color w:val="1F2937"/>
          <w:sz w:val="22"/>
        </w:rPr>
        <w:t>Thank you for your business.</w:t>
      </w:r>
    </w:p>
    <w:sectPr w:rsidR="00FC693F" w:rsidRPr="0006063C" w:rsidSect="00034616">
      <w:footerReference w:type="default" r:id="rId9"/>
      <w:pgSz w:w="11906" w:h="16838"/>
      <w:pgMar w:top="864" w:right="1008" w:bottom="864" w:left="100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rial" w:hAnsi="Arial" w:eastAsia="Arial" w:cs="Arial"/>
        <w:color w:val="9CA3AF"/>
        <w:sz w:val="14"/>
      </w:rPr>
      <w:t>Free template from invoita.com — or fill one in online at invoita.com/generator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 w:cs="Arial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subject/>
  <dc:creator>Invoita</dc:creator>
  <cp:keywords/>
  <dc:description/>
  <cp:lastModifiedBy>Invoita</cp:lastModifiedBy>
  <cp:revision>1</cp:revision>
  <dcterms:created xsi:type="dcterms:W3CDTF">2026-01-01T00:00:00Z</dcterms:created>
  <dcterms:modified xsi:type="dcterms:W3CDTF">2026-01-01T00:00:00Z</dcterms:modified>
  <cp:category/>
</cp:coreProperties>
</file>